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1E2A5A"/>
          <w:sz w:val="30"/>
        </w:rPr>
        <w:t>MONEY RECEIPT  (Customer copy)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Receipt no. / Date</w:t>
            </w:r>
          </w:p>
        </w:tc>
        <w:tc>
          <w:tcPr>
            <w:tcW w:type="dxa" w:w="7030"/>
          </w:tcPr>
          <w:p>
            <w:r>
              <w:t>______________________  /  ____ / ____ / 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Received from</w:t>
            </w:r>
          </w:p>
        </w:tc>
        <w:tc>
          <w:tcPr>
            <w:tcW w:type="dxa" w:w="7030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Address of payer</w:t>
            </w:r>
          </w:p>
        </w:tc>
        <w:tc>
          <w:tcPr>
            <w:tcW w:type="dxa" w:w="7030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Amount received</w:t>
            </w:r>
          </w:p>
        </w:tc>
        <w:tc>
          <w:tcPr>
            <w:tcW w:type="dxa" w:w="7030"/>
          </w:tcPr>
          <w:p>
            <w:r>
              <w:t>₹ ____________________   (in figures)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Amount in words</w:t>
            </w:r>
          </w:p>
        </w:tc>
        <w:tc>
          <w:tcPr>
            <w:tcW w:type="dxa" w:w="7030"/>
          </w:tcPr>
          <w:p>
            <w:r>
              <w:t>Rupees ______________________________________________ only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Mode of payment</w:t>
            </w:r>
          </w:p>
        </w:tc>
        <w:tc>
          <w:tcPr>
            <w:tcW w:type="dxa" w:w="7030"/>
          </w:tcPr>
          <w:p>
            <w:r>
              <w:t>☐ Cash   ☐ UPI   ☐ NEFT / RTGS / IMPS   ☐ Cheque   ☐ Card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7030"/>
          </w:tcPr>
          <w:p>
            <w:r>
              <w:t>UTR / RRN / cheque no. &amp; bank: ________________________________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Being payment for</w:t>
            </w:r>
          </w:p>
        </w:tc>
        <w:tc>
          <w:tcPr>
            <w:tcW w:type="dxa" w:w="7030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Booking / agreement ref.</w:t>
            </w:r>
          </w:p>
        </w:tc>
        <w:tc>
          <w:tcPr>
            <w:tcW w:type="dxa" w:w="7030"/>
          </w:tcPr>
          <w:p>
            <w:r>
              <w:t>_______________________  Event date: ____ / ____ / 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Balance still due</w:t>
            </w:r>
          </w:p>
        </w:tc>
        <w:tc>
          <w:tcPr>
            <w:tcW w:type="dxa" w:w="7030"/>
          </w:tcPr>
          <w:p>
            <w:r>
              <w:t>₹ ____________________   due by ____ / ____ / 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val="clear" w:color="auto" w:fill="FFF2CC"/>
          </w:tcPr>
          <w:p>
            <w:r>
              <w:t>Revenue stamp</w:t>
              <w:br/>
              <w:t>(₹1, cash receipts above ₹5,000)</w:t>
              <w:br/>
              <w:br/>
              <w:br/>
            </w:r>
          </w:p>
        </w:tc>
        <w:tc>
          <w:tcPr>
            <w:tcW w:type="dxa" w:w="5213"/>
          </w:tcPr>
          <w:p>
            <w:r>
              <w:t>Received by (name, signature across the stamp)</w:t>
              <w:br/>
              <w:br/>
              <w:br/>
              <w:t>_________________________________</w:t>
              <w:br/>
              <w:t>PAN / GSTIN: ______________________</w:t>
            </w:r>
          </w:p>
        </w:tc>
      </w:tr>
    </w:tbl>
    <w:p>
      <w:r>
        <w:rPr>
          <w:i/>
          <w:color w:val="5B6479"/>
          <w:sz w:val="17"/>
        </w:rPr>
        <w:t>Write the amount in words first, then the figures, and draw a line through any unused space. Post-dated cheques are acknowledged only "subject to realisation". If you are GST-registered and this is an advance for a service, issue a GST receipt voucher (Rule 50, CGST Rules 2017) instead: it needs the tax rate, tax amount and place of supply.</w:t>
      </w:r>
    </w:p>
    <w:p>
      <w:pPr>
        <w:jc w:val="center"/>
      </w:pPr>
      <w:r>
        <w:t>- - - - - - - - - - - - - - - - - - - - cut here - - - - - - - - - - - - - - - - - - - -</w:t>
      </w:r>
    </w:p>
    <w:p>
      <w:pPr>
        <w:spacing w:after="80"/>
        <w:jc w:val="center"/>
      </w:pPr>
      <w:r>
        <w:rPr>
          <w:b/>
          <w:color w:val="1E2A5A"/>
          <w:sz w:val="30"/>
        </w:rPr>
        <w:t>MONEY RECEIPT  (Office copy)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Receipt no. / Date</w:t>
            </w:r>
          </w:p>
        </w:tc>
        <w:tc>
          <w:tcPr>
            <w:tcW w:type="dxa" w:w="7030"/>
          </w:tcPr>
          <w:p>
            <w:r>
              <w:t>______________________  /  ____ / ____ / 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Received from</w:t>
            </w:r>
          </w:p>
        </w:tc>
        <w:tc>
          <w:tcPr>
            <w:tcW w:type="dxa" w:w="7030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Address of payer</w:t>
            </w:r>
          </w:p>
        </w:tc>
        <w:tc>
          <w:tcPr>
            <w:tcW w:type="dxa" w:w="7030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Amount received</w:t>
            </w:r>
          </w:p>
        </w:tc>
        <w:tc>
          <w:tcPr>
            <w:tcW w:type="dxa" w:w="7030"/>
          </w:tcPr>
          <w:p>
            <w:r>
              <w:t>₹ ____________________   (in figures)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Amount in words</w:t>
            </w:r>
          </w:p>
        </w:tc>
        <w:tc>
          <w:tcPr>
            <w:tcW w:type="dxa" w:w="7030"/>
          </w:tcPr>
          <w:p>
            <w:r>
              <w:t>Rupees ______________________________________________ only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Mode of payment</w:t>
            </w:r>
          </w:p>
        </w:tc>
        <w:tc>
          <w:tcPr>
            <w:tcW w:type="dxa" w:w="7030"/>
          </w:tcPr>
          <w:p>
            <w:r>
              <w:t>☐ Cash   ☐ UPI   ☐ NEFT / RTGS / IMPS   ☐ Cheque   ☐ Card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7030"/>
          </w:tcPr>
          <w:p>
            <w:r>
              <w:t>UTR / RRN / cheque no. &amp; bank: ________________________________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Being payment for</w:t>
            </w:r>
          </w:p>
        </w:tc>
        <w:tc>
          <w:tcPr>
            <w:tcW w:type="dxa" w:w="7030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Booking / agreement ref.</w:t>
            </w:r>
          </w:p>
        </w:tc>
        <w:tc>
          <w:tcPr>
            <w:tcW w:type="dxa" w:w="7030"/>
          </w:tcPr>
          <w:p>
            <w:r>
              <w:t>_______________________  Event date: ____ / ____ / 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Balance still due</w:t>
            </w:r>
          </w:p>
        </w:tc>
        <w:tc>
          <w:tcPr>
            <w:tcW w:type="dxa" w:w="7030"/>
          </w:tcPr>
          <w:p>
            <w:r>
              <w:t>₹ ____________________   due by ____ / ____ / 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val="clear" w:color="auto" w:fill="FFF2CC"/>
          </w:tcPr>
          <w:p>
            <w:r>
              <w:t>Revenue stamp</w:t>
              <w:br/>
              <w:t>(₹1, cash receipts above ₹5,000)</w:t>
              <w:br/>
              <w:br/>
              <w:br/>
            </w:r>
          </w:p>
        </w:tc>
        <w:tc>
          <w:tcPr>
            <w:tcW w:type="dxa" w:w="5213"/>
          </w:tcPr>
          <w:p>
            <w:r>
              <w:t>Received by (name, signature across the stamp)</w:t>
              <w:br/>
              <w:br/>
              <w:br/>
              <w:t>_________________________________</w:t>
              <w:br/>
              <w:t>PAN / GSTIN: ______________________</w:t>
            </w:r>
          </w:p>
        </w:tc>
      </w:tr>
    </w:tbl>
    <w:p>
      <w:r>
        <w:rPr>
          <w:i/>
          <w:color w:val="5B6479"/>
          <w:sz w:val="17"/>
        </w:rPr>
        <w:t>Write the amount in words first, then the figures, and draw a line through any unused space. Post-dated cheques are acknowledged only "subject to realisation". If you are GST-registered and this is an advance for a service, issue a GST receipt voucher (Rule 50, CGST Rules 2017) instead: it needs the tax rate, tax amount and place of supply.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